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8B8" w:rsidRDefault="007562B9">
      <w:pPr>
        <w:spacing w:after="120"/>
        <w:jc w:val="center"/>
        <w:rPr>
          <w:lang w:eastAsia="zh-CN"/>
        </w:rPr>
      </w:pPr>
      <w:r>
        <w:rPr>
          <w:b/>
          <w:sz w:val="36"/>
          <w:lang w:eastAsia="zh-CN"/>
        </w:rPr>
        <w:t>供应</w:t>
      </w:r>
      <w:proofErr w:type="gramStart"/>
      <w:r>
        <w:rPr>
          <w:b/>
          <w:sz w:val="36"/>
          <w:lang w:eastAsia="zh-CN"/>
        </w:rPr>
        <w:t>商资源</w:t>
      </w:r>
      <w:proofErr w:type="gramEnd"/>
      <w:r>
        <w:rPr>
          <w:b/>
          <w:sz w:val="36"/>
          <w:lang w:eastAsia="zh-CN"/>
        </w:rPr>
        <w:t>库入库申请表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1701"/>
        <w:gridCol w:w="1814"/>
        <w:gridCol w:w="2721"/>
      </w:tblGrid>
      <w:tr w:rsidR="002078B8" w:rsidTr="00656012">
        <w:trPr>
          <w:trHeight w:val="520"/>
          <w:jc w:val="center"/>
        </w:trPr>
        <w:tc>
          <w:tcPr>
            <w:tcW w:w="9184" w:type="dxa"/>
            <w:gridSpan w:val="4"/>
            <w:vAlign w:val="center"/>
          </w:tcPr>
          <w:p w:rsidR="002078B8" w:rsidRDefault="007562B9">
            <w:pPr>
              <w:spacing w:after="0" w:line="240" w:lineRule="auto"/>
            </w:pPr>
            <w:proofErr w:type="spellStart"/>
            <w:r>
              <w:rPr>
                <w:b/>
                <w:sz w:val="26"/>
              </w:rPr>
              <w:t>一、供应商基本信息</w:t>
            </w:r>
            <w:proofErr w:type="spellEnd"/>
          </w:p>
        </w:tc>
      </w:tr>
      <w:tr w:rsidR="002078B8" w:rsidTr="00656012">
        <w:trPr>
          <w:trHeight w:val="600"/>
          <w:jc w:val="center"/>
        </w:trPr>
        <w:tc>
          <w:tcPr>
            <w:tcW w:w="2948" w:type="dxa"/>
            <w:vAlign w:val="center"/>
          </w:tcPr>
          <w:p w:rsidR="002078B8" w:rsidRDefault="007562B9">
            <w:pPr>
              <w:spacing w:after="0" w:line="240" w:lineRule="auto"/>
            </w:pPr>
            <w:r>
              <w:rPr>
                <w:sz w:val="20"/>
              </w:rPr>
              <w:t>供应商全称</w:t>
            </w:r>
          </w:p>
        </w:tc>
        <w:tc>
          <w:tcPr>
            <w:tcW w:w="6236" w:type="dxa"/>
            <w:gridSpan w:val="3"/>
            <w:vAlign w:val="center"/>
          </w:tcPr>
          <w:p w:rsidR="002078B8" w:rsidRDefault="002078B8">
            <w:pPr>
              <w:spacing w:after="0" w:line="240" w:lineRule="auto"/>
            </w:pPr>
          </w:p>
        </w:tc>
      </w:tr>
      <w:tr w:rsidR="002078B8" w:rsidTr="00656012">
        <w:trPr>
          <w:trHeight w:val="600"/>
          <w:jc w:val="center"/>
        </w:trPr>
        <w:tc>
          <w:tcPr>
            <w:tcW w:w="2948" w:type="dxa"/>
            <w:vAlign w:val="center"/>
          </w:tcPr>
          <w:p w:rsidR="002078B8" w:rsidRDefault="007562B9">
            <w:pPr>
              <w:spacing w:after="0" w:line="240" w:lineRule="auto"/>
            </w:pPr>
            <w:r>
              <w:rPr>
                <w:sz w:val="20"/>
              </w:rPr>
              <w:t>注册地址</w:t>
            </w:r>
          </w:p>
        </w:tc>
        <w:tc>
          <w:tcPr>
            <w:tcW w:w="6236" w:type="dxa"/>
            <w:gridSpan w:val="3"/>
            <w:vAlign w:val="center"/>
          </w:tcPr>
          <w:p w:rsidR="002078B8" w:rsidRDefault="002078B8">
            <w:pPr>
              <w:spacing w:after="0" w:line="240" w:lineRule="auto"/>
            </w:pPr>
          </w:p>
        </w:tc>
      </w:tr>
      <w:tr w:rsidR="002078B8">
        <w:trPr>
          <w:trHeight w:val="600"/>
          <w:jc w:val="center"/>
        </w:trPr>
        <w:tc>
          <w:tcPr>
            <w:tcW w:w="2948" w:type="dxa"/>
            <w:vAlign w:val="center"/>
          </w:tcPr>
          <w:p w:rsidR="002078B8" w:rsidRDefault="007562B9">
            <w:pPr>
              <w:spacing w:after="0" w:line="240" w:lineRule="auto"/>
            </w:pPr>
            <w:r>
              <w:rPr>
                <w:sz w:val="20"/>
              </w:rPr>
              <w:t>法定代表人</w:t>
            </w:r>
          </w:p>
        </w:tc>
        <w:tc>
          <w:tcPr>
            <w:tcW w:w="1701" w:type="dxa"/>
            <w:vAlign w:val="center"/>
          </w:tcPr>
          <w:p w:rsidR="002078B8" w:rsidRDefault="002078B8">
            <w:pPr>
              <w:spacing w:after="0" w:line="240" w:lineRule="auto"/>
            </w:pPr>
          </w:p>
        </w:tc>
        <w:tc>
          <w:tcPr>
            <w:tcW w:w="1814" w:type="dxa"/>
            <w:vAlign w:val="center"/>
          </w:tcPr>
          <w:p w:rsidR="002078B8" w:rsidRDefault="007562B9">
            <w:pPr>
              <w:spacing w:after="0" w:line="240" w:lineRule="auto"/>
              <w:jc w:val="center"/>
            </w:pPr>
            <w:r>
              <w:rPr>
                <w:sz w:val="20"/>
              </w:rPr>
              <w:t>统一社会信用代码</w:t>
            </w:r>
          </w:p>
        </w:tc>
        <w:tc>
          <w:tcPr>
            <w:tcW w:w="2721" w:type="dxa"/>
            <w:vAlign w:val="center"/>
          </w:tcPr>
          <w:p w:rsidR="002078B8" w:rsidRDefault="002078B8">
            <w:pPr>
              <w:spacing w:after="0" w:line="240" w:lineRule="auto"/>
            </w:pPr>
          </w:p>
        </w:tc>
      </w:tr>
      <w:tr w:rsidR="002078B8">
        <w:trPr>
          <w:trHeight w:val="600"/>
          <w:jc w:val="center"/>
        </w:trPr>
        <w:tc>
          <w:tcPr>
            <w:tcW w:w="2948" w:type="dxa"/>
            <w:vAlign w:val="center"/>
          </w:tcPr>
          <w:p w:rsidR="002078B8" w:rsidRDefault="007562B9">
            <w:pPr>
              <w:spacing w:after="0" w:line="240" w:lineRule="auto"/>
            </w:pPr>
            <w:r>
              <w:rPr>
                <w:sz w:val="20"/>
              </w:rPr>
              <w:t>公司负责人</w:t>
            </w:r>
          </w:p>
        </w:tc>
        <w:tc>
          <w:tcPr>
            <w:tcW w:w="1701" w:type="dxa"/>
            <w:vAlign w:val="center"/>
          </w:tcPr>
          <w:p w:rsidR="002078B8" w:rsidRDefault="002078B8">
            <w:pPr>
              <w:spacing w:after="0" w:line="240" w:lineRule="auto"/>
            </w:pPr>
          </w:p>
        </w:tc>
        <w:tc>
          <w:tcPr>
            <w:tcW w:w="1814" w:type="dxa"/>
            <w:vAlign w:val="center"/>
          </w:tcPr>
          <w:p w:rsidR="002078B8" w:rsidRDefault="007562B9">
            <w:pPr>
              <w:spacing w:after="0" w:line="240" w:lineRule="auto"/>
              <w:jc w:val="center"/>
            </w:pPr>
            <w:r>
              <w:rPr>
                <w:sz w:val="20"/>
              </w:rPr>
              <w:t>联系电话</w:t>
            </w:r>
          </w:p>
        </w:tc>
        <w:tc>
          <w:tcPr>
            <w:tcW w:w="2721" w:type="dxa"/>
            <w:vAlign w:val="center"/>
          </w:tcPr>
          <w:p w:rsidR="002078B8" w:rsidRDefault="002078B8">
            <w:pPr>
              <w:spacing w:after="0" w:line="240" w:lineRule="auto"/>
            </w:pPr>
          </w:p>
        </w:tc>
      </w:tr>
      <w:tr w:rsidR="002078B8">
        <w:trPr>
          <w:trHeight w:val="600"/>
          <w:jc w:val="center"/>
        </w:trPr>
        <w:tc>
          <w:tcPr>
            <w:tcW w:w="2948" w:type="dxa"/>
            <w:vAlign w:val="center"/>
          </w:tcPr>
          <w:p w:rsidR="002078B8" w:rsidRDefault="007562B9">
            <w:pPr>
              <w:spacing w:after="0" w:line="240" w:lineRule="auto"/>
            </w:pPr>
            <w:r>
              <w:rPr>
                <w:sz w:val="20"/>
              </w:rPr>
              <w:t>注册资本（万元）</w:t>
            </w:r>
          </w:p>
        </w:tc>
        <w:tc>
          <w:tcPr>
            <w:tcW w:w="1701" w:type="dxa"/>
            <w:vAlign w:val="center"/>
          </w:tcPr>
          <w:p w:rsidR="002078B8" w:rsidRDefault="002078B8">
            <w:pPr>
              <w:spacing w:after="0" w:line="240" w:lineRule="auto"/>
            </w:pPr>
          </w:p>
        </w:tc>
        <w:tc>
          <w:tcPr>
            <w:tcW w:w="1814" w:type="dxa"/>
            <w:vAlign w:val="center"/>
          </w:tcPr>
          <w:p w:rsidR="002078B8" w:rsidRDefault="007562B9">
            <w:pPr>
              <w:spacing w:after="0" w:line="240" w:lineRule="auto"/>
              <w:jc w:val="center"/>
            </w:pPr>
            <w:r>
              <w:rPr>
                <w:sz w:val="20"/>
              </w:rPr>
              <w:t>注册时间</w:t>
            </w:r>
          </w:p>
        </w:tc>
        <w:tc>
          <w:tcPr>
            <w:tcW w:w="2721" w:type="dxa"/>
            <w:vAlign w:val="center"/>
          </w:tcPr>
          <w:p w:rsidR="002078B8" w:rsidRDefault="002078B8">
            <w:pPr>
              <w:spacing w:after="0" w:line="240" w:lineRule="auto"/>
            </w:pPr>
          </w:p>
        </w:tc>
      </w:tr>
      <w:tr w:rsidR="002078B8" w:rsidTr="00656012">
        <w:trPr>
          <w:trHeight w:val="600"/>
          <w:jc w:val="center"/>
        </w:trPr>
        <w:tc>
          <w:tcPr>
            <w:tcW w:w="2948" w:type="dxa"/>
            <w:vAlign w:val="center"/>
          </w:tcPr>
          <w:p w:rsidR="002078B8" w:rsidRDefault="007562B9">
            <w:pPr>
              <w:spacing w:after="0" w:line="240" w:lineRule="auto"/>
            </w:pPr>
            <w:r>
              <w:rPr>
                <w:sz w:val="20"/>
              </w:rPr>
              <w:t>公司性质</w:t>
            </w:r>
          </w:p>
        </w:tc>
        <w:tc>
          <w:tcPr>
            <w:tcW w:w="6236" w:type="dxa"/>
            <w:gridSpan w:val="3"/>
            <w:vAlign w:val="center"/>
          </w:tcPr>
          <w:p w:rsidR="002078B8" w:rsidRDefault="007562B9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sz w:val="20"/>
                <w:lang w:eastAsia="zh-CN"/>
              </w:rPr>
              <w:t xml:space="preserve">□ </w:t>
            </w:r>
            <w:r>
              <w:rPr>
                <w:sz w:val="20"/>
                <w:lang w:eastAsia="zh-CN"/>
              </w:rPr>
              <w:t xml:space="preserve">国有企业　</w:t>
            </w:r>
            <w:r>
              <w:rPr>
                <w:sz w:val="20"/>
                <w:lang w:eastAsia="zh-CN"/>
              </w:rPr>
              <w:t xml:space="preserve">□ </w:t>
            </w:r>
            <w:r>
              <w:rPr>
                <w:sz w:val="20"/>
                <w:lang w:eastAsia="zh-CN"/>
              </w:rPr>
              <w:t xml:space="preserve">民营企业　</w:t>
            </w:r>
            <w:r>
              <w:rPr>
                <w:sz w:val="20"/>
                <w:lang w:eastAsia="zh-CN"/>
              </w:rPr>
              <w:t xml:space="preserve">□ </w:t>
            </w:r>
            <w:r>
              <w:rPr>
                <w:sz w:val="20"/>
                <w:lang w:eastAsia="zh-CN"/>
              </w:rPr>
              <w:t>外资</w:t>
            </w:r>
            <w:r>
              <w:rPr>
                <w:sz w:val="20"/>
                <w:lang w:eastAsia="zh-CN"/>
              </w:rPr>
              <w:t>/</w:t>
            </w:r>
            <w:r>
              <w:rPr>
                <w:sz w:val="20"/>
                <w:lang w:eastAsia="zh-CN"/>
              </w:rPr>
              <w:t xml:space="preserve">合资企业　</w:t>
            </w:r>
            <w:r>
              <w:rPr>
                <w:sz w:val="20"/>
                <w:lang w:eastAsia="zh-CN"/>
              </w:rPr>
              <w:t xml:space="preserve">□ </w:t>
            </w:r>
            <w:r>
              <w:rPr>
                <w:sz w:val="20"/>
                <w:lang w:eastAsia="zh-CN"/>
              </w:rPr>
              <w:t>其他</w:t>
            </w:r>
          </w:p>
        </w:tc>
      </w:tr>
      <w:tr w:rsidR="002078B8" w:rsidTr="00656012">
        <w:trPr>
          <w:trHeight w:val="1100"/>
          <w:jc w:val="center"/>
        </w:trPr>
        <w:tc>
          <w:tcPr>
            <w:tcW w:w="2948" w:type="dxa"/>
            <w:vAlign w:val="center"/>
          </w:tcPr>
          <w:p w:rsidR="002078B8" w:rsidRDefault="007562B9">
            <w:pPr>
              <w:spacing w:after="0" w:line="240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主营业务范围</w:t>
            </w:r>
          </w:p>
          <w:p w:rsidR="002078B8" w:rsidRDefault="007562B9">
            <w:pPr>
              <w:spacing w:after="0" w:line="240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（请详细描述）</w:t>
            </w:r>
          </w:p>
        </w:tc>
        <w:tc>
          <w:tcPr>
            <w:tcW w:w="6236" w:type="dxa"/>
            <w:gridSpan w:val="3"/>
            <w:vAlign w:val="center"/>
          </w:tcPr>
          <w:p w:rsidR="002078B8" w:rsidRDefault="002078B8">
            <w:pPr>
              <w:spacing w:after="0" w:line="240" w:lineRule="auto"/>
              <w:rPr>
                <w:lang w:eastAsia="zh-CN"/>
              </w:rPr>
            </w:pPr>
          </w:p>
        </w:tc>
      </w:tr>
      <w:tr w:rsidR="002078B8" w:rsidTr="00656012">
        <w:trPr>
          <w:trHeight w:val="520"/>
          <w:jc w:val="center"/>
        </w:trPr>
        <w:tc>
          <w:tcPr>
            <w:tcW w:w="9184" w:type="dxa"/>
            <w:gridSpan w:val="4"/>
            <w:vAlign w:val="center"/>
          </w:tcPr>
          <w:p w:rsidR="002078B8" w:rsidRDefault="007562B9">
            <w:pPr>
              <w:spacing w:after="0" w:line="240" w:lineRule="auto"/>
            </w:pPr>
            <w:proofErr w:type="spellStart"/>
            <w:r>
              <w:rPr>
                <w:b/>
                <w:sz w:val="26"/>
              </w:rPr>
              <w:t>二、资质与认证信息</w:t>
            </w:r>
            <w:proofErr w:type="spellEnd"/>
          </w:p>
        </w:tc>
      </w:tr>
      <w:tr w:rsidR="002078B8">
        <w:trPr>
          <w:trHeight w:val="900"/>
          <w:jc w:val="center"/>
        </w:trPr>
        <w:tc>
          <w:tcPr>
            <w:tcW w:w="2948" w:type="dxa"/>
            <w:vAlign w:val="center"/>
          </w:tcPr>
          <w:p w:rsidR="002078B8" w:rsidRDefault="007562B9">
            <w:pPr>
              <w:spacing w:after="0" w:line="240" w:lineRule="auto"/>
            </w:pPr>
            <w:r>
              <w:rPr>
                <w:sz w:val="20"/>
              </w:rPr>
              <w:t>资质证书名称</w:t>
            </w:r>
          </w:p>
        </w:tc>
        <w:tc>
          <w:tcPr>
            <w:tcW w:w="1701" w:type="dxa"/>
            <w:vAlign w:val="center"/>
          </w:tcPr>
          <w:p w:rsidR="002078B8" w:rsidRDefault="002078B8">
            <w:pPr>
              <w:spacing w:after="0" w:line="240" w:lineRule="auto"/>
            </w:pPr>
          </w:p>
        </w:tc>
        <w:tc>
          <w:tcPr>
            <w:tcW w:w="1814" w:type="dxa"/>
            <w:vAlign w:val="center"/>
          </w:tcPr>
          <w:p w:rsidR="002078B8" w:rsidRDefault="007562B9">
            <w:pPr>
              <w:spacing w:after="0" w:line="240" w:lineRule="auto"/>
              <w:jc w:val="center"/>
            </w:pPr>
            <w:r>
              <w:rPr>
                <w:sz w:val="20"/>
              </w:rPr>
              <w:t>资质等级</w:t>
            </w:r>
          </w:p>
        </w:tc>
        <w:tc>
          <w:tcPr>
            <w:tcW w:w="2721" w:type="dxa"/>
            <w:vAlign w:val="center"/>
          </w:tcPr>
          <w:p w:rsidR="002078B8" w:rsidRDefault="002078B8">
            <w:pPr>
              <w:spacing w:after="0" w:line="240" w:lineRule="auto"/>
            </w:pPr>
          </w:p>
        </w:tc>
      </w:tr>
      <w:tr w:rsidR="002078B8" w:rsidTr="00656012">
        <w:trPr>
          <w:trHeight w:val="1000"/>
          <w:jc w:val="center"/>
        </w:trPr>
        <w:tc>
          <w:tcPr>
            <w:tcW w:w="2948" w:type="dxa"/>
            <w:vAlign w:val="center"/>
          </w:tcPr>
          <w:p w:rsidR="002078B8" w:rsidRDefault="007562B9">
            <w:pPr>
              <w:spacing w:after="0" w:line="240" w:lineRule="auto"/>
            </w:pPr>
            <w:r>
              <w:rPr>
                <w:sz w:val="20"/>
              </w:rPr>
              <w:t>管理体系认证</w:t>
            </w:r>
          </w:p>
        </w:tc>
        <w:tc>
          <w:tcPr>
            <w:tcW w:w="6236" w:type="dxa"/>
            <w:gridSpan w:val="3"/>
            <w:vAlign w:val="center"/>
          </w:tcPr>
          <w:p w:rsidR="002078B8" w:rsidRDefault="007562B9">
            <w:pPr>
              <w:spacing w:after="0" w:line="240" w:lineRule="auto"/>
              <w:jc w:val="center"/>
            </w:pPr>
            <w:r>
              <w:rPr>
                <w:sz w:val="20"/>
              </w:rPr>
              <w:t>□ ISO9001</w:t>
            </w:r>
            <w:r>
              <w:rPr>
                <w:sz w:val="20"/>
              </w:rPr>
              <w:t xml:space="preserve">质量管理体系　</w:t>
            </w:r>
            <w:r>
              <w:rPr>
                <w:sz w:val="20"/>
              </w:rPr>
              <w:t>□ ISO14001</w:t>
            </w:r>
            <w:r>
              <w:rPr>
                <w:sz w:val="20"/>
              </w:rPr>
              <w:t>环境管理体系</w:t>
            </w:r>
          </w:p>
          <w:p w:rsidR="002078B8" w:rsidRDefault="007562B9">
            <w:pPr>
              <w:spacing w:after="0" w:line="240" w:lineRule="auto"/>
              <w:jc w:val="center"/>
            </w:pPr>
            <w:r>
              <w:rPr>
                <w:sz w:val="20"/>
              </w:rPr>
              <w:t>□ ISO45001</w:t>
            </w:r>
            <w:r>
              <w:rPr>
                <w:sz w:val="20"/>
              </w:rPr>
              <w:t xml:space="preserve">职业健康安全管理体系　</w:t>
            </w:r>
            <w:r>
              <w:rPr>
                <w:sz w:val="20"/>
              </w:rPr>
              <w:t xml:space="preserve">□ </w:t>
            </w:r>
            <w:r>
              <w:rPr>
                <w:sz w:val="20"/>
              </w:rPr>
              <w:t>其他</w:t>
            </w:r>
          </w:p>
        </w:tc>
      </w:tr>
      <w:tr w:rsidR="002078B8" w:rsidTr="00656012">
        <w:trPr>
          <w:trHeight w:val="520"/>
          <w:jc w:val="center"/>
        </w:trPr>
        <w:tc>
          <w:tcPr>
            <w:tcW w:w="9184" w:type="dxa"/>
            <w:gridSpan w:val="4"/>
            <w:vAlign w:val="center"/>
          </w:tcPr>
          <w:p w:rsidR="002078B8" w:rsidRDefault="007562B9">
            <w:pPr>
              <w:spacing w:after="0" w:line="240" w:lineRule="auto"/>
              <w:rPr>
                <w:lang w:eastAsia="zh-CN"/>
              </w:rPr>
            </w:pPr>
            <w:r>
              <w:rPr>
                <w:b/>
                <w:sz w:val="26"/>
                <w:lang w:eastAsia="zh-CN"/>
              </w:rPr>
              <w:t>三、企业实力（证书复印件附后）</w:t>
            </w:r>
          </w:p>
        </w:tc>
      </w:tr>
      <w:tr w:rsidR="002078B8" w:rsidTr="00656012">
        <w:trPr>
          <w:trHeight w:val="1100"/>
          <w:jc w:val="center"/>
        </w:trPr>
        <w:tc>
          <w:tcPr>
            <w:tcW w:w="2948" w:type="dxa"/>
            <w:vAlign w:val="center"/>
          </w:tcPr>
          <w:p w:rsidR="002078B8" w:rsidRDefault="007562B9">
            <w:pPr>
              <w:spacing w:after="0" w:line="240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主要管理人员、技术工人与团队，人员资质证书或职称证书等</w:t>
            </w:r>
          </w:p>
        </w:tc>
        <w:tc>
          <w:tcPr>
            <w:tcW w:w="6236" w:type="dxa"/>
            <w:gridSpan w:val="3"/>
            <w:vAlign w:val="center"/>
          </w:tcPr>
          <w:p w:rsidR="002078B8" w:rsidRDefault="002078B8">
            <w:pPr>
              <w:spacing w:after="0" w:line="240" w:lineRule="auto"/>
              <w:rPr>
                <w:lang w:eastAsia="zh-CN"/>
              </w:rPr>
            </w:pPr>
          </w:p>
        </w:tc>
      </w:tr>
      <w:tr w:rsidR="002078B8" w:rsidTr="00656012">
        <w:trPr>
          <w:trHeight w:val="1100"/>
          <w:jc w:val="center"/>
        </w:trPr>
        <w:tc>
          <w:tcPr>
            <w:tcW w:w="2948" w:type="dxa"/>
            <w:vAlign w:val="center"/>
          </w:tcPr>
          <w:p w:rsidR="002078B8" w:rsidRDefault="007562B9">
            <w:pPr>
              <w:spacing w:after="0" w:line="240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近三年代表性业绩</w:t>
            </w:r>
          </w:p>
          <w:p w:rsidR="002078B8" w:rsidRDefault="007562B9">
            <w:pPr>
              <w:spacing w:after="0" w:line="240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（请列举</w:t>
            </w:r>
            <w:r>
              <w:rPr>
                <w:sz w:val="20"/>
                <w:lang w:eastAsia="zh-CN"/>
              </w:rPr>
              <w:t>2-3</w:t>
            </w:r>
            <w:r>
              <w:rPr>
                <w:sz w:val="20"/>
                <w:lang w:eastAsia="zh-CN"/>
              </w:rPr>
              <w:t>项与申请类别相关的项目）</w:t>
            </w:r>
          </w:p>
        </w:tc>
        <w:tc>
          <w:tcPr>
            <w:tcW w:w="6236" w:type="dxa"/>
            <w:gridSpan w:val="3"/>
            <w:vAlign w:val="center"/>
          </w:tcPr>
          <w:p w:rsidR="002078B8" w:rsidRDefault="002078B8">
            <w:pPr>
              <w:spacing w:after="0" w:line="240" w:lineRule="auto"/>
              <w:rPr>
                <w:lang w:eastAsia="zh-CN"/>
              </w:rPr>
            </w:pPr>
          </w:p>
        </w:tc>
      </w:tr>
      <w:tr w:rsidR="002078B8" w:rsidTr="00656012">
        <w:trPr>
          <w:trHeight w:val="520"/>
          <w:jc w:val="center"/>
        </w:trPr>
        <w:tc>
          <w:tcPr>
            <w:tcW w:w="9184" w:type="dxa"/>
            <w:gridSpan w:val="4"/>
            <w:vAlign w:val="center"/>
          </w:tcPr>
          <w:p w:rsidR="002078B8" w:rsidRDefault="007562B9">
            <w:pPr>
              <w:spacing w:after="0" w:line="240" w:lineRule="auto"/>
            </w:pPr>
            <w:proofErr w:type="spellStart"/>
            <w:r>
              <w:rPr>
                <w:b/>
                <w:sz w:val="26"/>
              </w:rPr>
              <w:t>四、合作意向与声明</w:t>
            </w:r>
            <w:proofErr w:type="spellEnd"/>
          </w:p>
        </w:tc>
      </w:tr>
      <w:tr w:rsidR="002078B8" w:rsidTr="00656012">
        <w:trPr>
          <w:trHeight w:val="800"/>
          <w:jc w:val="center"/>
        </w:trPr>
        <w:tc>
          <w:tcPr>
            <w:tcW w:w="2948" w:type="dxa"/>
            <w:vAlign w:val="center"/>
          </w:tcPr>
          <w:p w:rsidR="002078B8" w:rsidRDefault="007562B9">
            <w:pPr>
              <w:spacing w:after="0" w:line="240" w:lineRule="auto"/>
            </w:pPr>
            <w:r>
              <w:rPr>
                <w:sz w:val="20"/>
              </w:rPr>
              <w:t>拟申请入库类别</w:t>
            </w:r>
          </w:p>
        </w:tc>
        <w:tc>
          <w:tcPr>
            <w:tcW w:w="6236" w:type="dxa"/>
            <w:gridSpan w:val="3"/>
            <w:vAlign w:val="center"/>
          </w:tcPr>
          <w:p w:rsidR="002078B8" w:rsidRDefault="002078B8">
            <w:pPr>
              <w:spacing w:after="0" w:line="240" w:lineRule="auto"/>
            </w:pPr>
          </w:p>
        </w:tc>
      </w:tr>
      <w:tr w:rsidR="002078B8" w:rsidTr="00656012">
        <w:trPr>
          <w:trHeight w:val="1400"/>
          <w:jc w:val="center"/>
        </w:trPr>
        <w:tc>
          <w:tcPr>
            <w:tcW w:w="2948" w:type="dxa"/>
            <w:vAlign w:val="center"/>
          </w:tcPr>
          <w:p w:rsidR="002078B8" w:rsidRDefault="007562B9">
            <w:pPr>
              <w:spacing w:after="0" w:line="240" w:lineRule="auto"/>
            </w:pPr>
            <w:r>
              <w:rPr>
                <w:sz w:val="20"/>
              </w:rPr>
              <w:t>质量安全承诺</w:t>
            </w:r>
          </w:p>
        </w:tc>
        <w:tc>
          <w:tcPr>
            <w:tcW w:w="6236" w:type="dxa"/>
            <w:gridSpan w:val="3"/>
            <w:vAlign w:val="center"/>
          </w:tcPr>
          <w:p w:rsidR="002078B8" w:rsidRDefault="007562B9">
            <w:pPr>
              <w:spacing w:after="0" w:line="240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本公司承诺，所提供的所有资料真实、合法、有效。若成功入库，将严格遵守国家法律法规、行业规范及贵公司的各项管理制度，恪守诚信，确保服务质量、安全和进度。</w:t>
            </w:r>
          </w:p>
        </w:tc>
      </w:tr>
    </w:tbl>
    <w:p w:rsidR="007562B9" w:rsidRDefault="00656012" w:rsidP="00656012">
      <w:pPr>
        <w:ind w:right="240"/>
        <w:jc w:val="right"/>
      </w:pPr>
      <w:bookmarkStart w:id="0" w:name="_GoBack"/>
      <w:bookmarkEnd w:id="0"/>
      <w:proofErr w:type="spellStart"/>
      <w:r>
        <w:rPr>
          <w:rFonts w:hint="eastAsia"/>
          <w:sz w:val="24"/>
          <w:szCs w:val="24"/>
        </w:rPr>
        <w:t>公司盖章</w:t>
      </w:r>
      <w:proofErr w:type="spellEnd"/>
    </w:p>
    <w:sectPr w:rsidR="007562B9" w:rsidSect="00034616">
      <w:pgSz w:w="11906" w:h="16838"/>
      <w:pgMar w:top="907" w:right="1247" w:bottom="907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62B9" w:rsidRDefault="007562B9" w:rsidP="00656012">
      <w:pPr>
        <w:spacing w:after="0" w:line="240" w:lineRule="auto"/>
      </w:pPr>
      <w:r>
        <w:separator/>
      </w:r>
    </w:p>
  </w:endnote>
  <w:endnote w:type="continuationSeparator" w:id="0">
    <w:p w:rsidR="007562B9" w:rsidRDefault="007562B9" w:rsidP="00656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62B9" w:rsidRDefault="007562B9" w:rsidP="00656012">
      <w:pPr>
        <w:spacing w:after="0" w:line="240" w:lineRule="auto"/>
      </w:pPr>
      <w:r>
        <w:separator/>
      </w:r>
    </w:p>
  </w:footnote>
  <w:footnote w:type="continuationSeparator" w:id="0">
    <w:p w:rsidR="007562B9" w:rsidRDefault="007562B9" w:rsidP="00656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78B8"/>
    <w:rsid w:val="0029639D"/>
    <w:rsid w:val="00326F90"/>
    <w:rsid w:val="00656012"/>
    <w:rsid w:val="007562B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D82369E"/>
  <w14:defaultImageDpi w14:val="300"/>
  <w15:docId w15:val="{D21D5EDD-6AD2-4810-8BDD-74CC33F5E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宋体" w:eastAsia="宋体" w:hAnsi="宋体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04595C-CD6D-443B-921B-8D2EC68BB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江微</cp:lastModifiedBy>
  <cp:revision>2</cp:revision>
  <dcterms:created xsi:type="dcterms:W3CDTF">2013-12-23T23:15:00Z</dcterms:created>
  <dcterms:modified xsi:type="dcterms:W3CDTF">2026-10-30T01:55:00Z</dcterms:modified>
  <cp:category/>
</cp:coreProperties>
</file>